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 w:eastAsia="Arial"/>
          <w:b/>
          <w:sz w:val="28"/>
        </w:rPr>
        <w:t>ANEXO 1</w:t>
        <w:br/>
        <w:t>ACTA DE ACUERDO Y PRESENTACIÓN DEL PROYECTO</w:t>
      </w:r>
    </w:p>
    <w:p>
      <w:pPr>
        <w:spacing w:after="200"/>
        <w:jc w:val="left"/>
      </w:pPr>
      <w:r>
        <w:t>En Copiapó, a ____ de __________________ de 2026, siendo las _______ horas, se inicia la sesión extraordinaria de la organización: ______________________________________________________________, con la presencia de _______ socios/as, con el fin de acordar la presentación al concurso FOCO Cultural 2026 del proyecto denominado: ________________________________________________________________________________. La organización se compromete a ejecutarlo fielmente y a rendirlo según las bases administrativas.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08"/>
        <w:gridCol w:w="2408"/>
        <w:gridCol w:w="2408"/>
        <w:gridCol w:w="2408"/>
      </w:tblGrid>
      <w:tr>
        <w:tc>
          <w:tcPr>
            <w:tcW w:type="dxa" w:w="2948"/>
          </w:tcPr>
          <w:p>
            <w:r>
              <w:t>Nombre</w:t>
            </w:r>
          </w:p>
        </w:tc>
        <w:tc>
          <w:tcPr>
            <w:tcW w:type="dxa" w:w="2154"/>
          </w:tcPr>
          <w:p>
            <w:r>
              <w:t>RUT</w:t>
            </w:r>
          </w:p>
        </w:tc>
        <w:tc>
          <w:tcPr>
            <w:tcW w:type="dxa" w:w="2381"/>
          </w:tcPr>
          <w:p>
            <w:r>
              <w:t>Cargo</w:t>
            </w:r>
          </w:p>
        </w:tc>
        <w:tc>
          <w:tcPr>
            <w:tcW w:type="dxa" w:w="2381"/>
          </w:tcPr>
          <w:p>
            <w:r>
              <w:t>Firma</w:t>
            </w:r>
          </w:p>
        </w:tc>
      </w:tr>
      <w:tr>
        <w:tc>
          <w:tcPr>
            <w:tcW w:type="dxa" w:w="2948"/>
          </w:tcPr>
          <w:p>
            <w:r>
              <w:br/>
            </w:r>
          </w:p>
        </w:tc>
        <w:tc>
          <w:tcPr>
            <w:tcW w:type="dxa" w:w="2154"/>
          </w:tcPr>
          <w:p>
            <w:r>
              <w:br/>
            </w:r>
          </w:p>
        </w:tc>
        <w:tc>
          <w:tcPr>
            <w:tcW w:type="dxa" w:w="2381"/>
          </w:tcPr>
          <w:p>
            <w:r>
              <w:br/>
            </w:r>
          </w:p>
        </w:tc>
        <w:tc>
          <w:tcPr>
            <w:tcW w:type="dxa" w:w="2381"/>
          </w:tcPr>
          <w:p>
            <w:r>
              <w:br/>
            </w:r>
          </w:p>
        </w:tc>
      </w:tr>
      <w:tr>
        <w:tc>
          <w:tcPr>
            <w:tcW w:type="dxa" w:w="2948"/>
          </w:tcPr>
          <w:p>
            <w:r>
              <w:br/>
            </w:r>
          </w:p>
        </w:tc>
        <w:tc>
          <w:tcPr>
            <w:tcW w:type="dxa" w:w="2154"/>
          </w:tcPr>
          <w:p>
            <w:r>
              <w:br/>
            </w:r>
          </w:p>
        </w:tc>
        <w:tc>
          <w:tcPr>
            <w:tcW w:type="dxa" w:w="2381"/>
          </w:tcPr>
          <w:p>
            <w:r>
              <w:br/>
            </w:r>
          </w:p>
        </w:tc>
        <w:tc>
          <w:tcPr>
            <w:tcW w:type="dxa" w:w="2381"/>
          </w:tcPr>
          <w:p>
            <w:r>
              <w:br/>
            </w:r>
          </w:p>
        </w:tc>
      </w:tr>
      <w:tr>
        <w:tc>
          <w:tcPr>
            <w:tcW w:type="dxa" w:w="2948"/>
          </w:tcPr>
          <w:p>
            <w:r>
              <w:br/>
            </w:r>
          </w:p>
        </w:tc>
        <w:tc>
          <w:tcPr>
            <w:tcW w:type="dxa" w:w="2154"/>
          </w:tcPr>
          <w:p>
            <w:r>
              <w:br/>
            </w:r>
          </w:p>
        </w:tc>
        <w:tc>
          <w:tcPr>
            <w:tcW w:type="dxa" w:w="2381"/>
          </w:tcPr>
          <w:p>
            <w:r>
              <w:br/>
            </w:r>
          </w:p>
        </w:tc>
        <w:tc>
          <w:tcPr>
            <w:tcW w:type="dxa" w:w="2381"/>
          </w:tcPr>
          <w:p>
            <w:r>
              <w:br/>
            </w:r>
          </w:p>
        </w:tc>
      </w:tr>
    </w:tbl>
    <w:p/>
    <w:p>
      <w:pPr>
        <w:spacing w:before="160"/>
      </w:pPr>
      <w:r>
        <w:rPr>
          <w:b/>
        </w:rPr>
        <w:t xml:space="preserve">Observación: </w:t>
      </w:r>
      <w:r>
        <w:t>Firmas de Presidente/a, Secretario/a y Tesorero/a al pie de página con timbre de la organización.</w:t>
      </w:r>
    </w:p>
    <w:sectPr w:rsidR="00FC693F" w:rsidRPr="0006063C" w:rsidSect="00034616">
      <w:pgSz w:w="12240" w:h="15840"/>
      <w:pgMar w:top="1247" w:right="1304" w:bottom="1247" w:left="13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